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שמות הגוף בעברית ואת הגוף, המין והמספר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נטיית פועל נכונה לכל שם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לשון זכר ללשון נקבה,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קָרָאתָ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שִׂחֲקָה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אתם פונה לקבוצת בנים או לקבוצה מעורבת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שם הגוף לגוף, למין ולמספר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(גוף ראשון,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שני, רבות, לשון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שלישי, יחיד, לשון 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נטיית הפועל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כָּתַבְתָּ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הָלְכָה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 שני, רבות, לשון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שבכל משפט מופיע שם גוף מתאים, שהפועל מתאים לגוף ולמין, ושהמשפטים ברורים והגיוניים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ראשון, גוף שני, גוף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אַתֶּן או הֵן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הגוף, המין (זכר/נקבה) והמספר (יחיד/רבים) של שם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טבלת שמות הגוף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כדי לעודד שיח על ההבדלים בין 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שמות גוף כמו אני, אתה, את, הוא, היא, אנחנו, אתם, אתן, הם והן. לכל שם גוף יש פועל מתאים, ולכן חשוב לדעת לזהות את הגוף, המין והמספר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כָּתַבְתָּ  ·  הָלְכָה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אַתָּה ___ אֶת הַסֵּפֶר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קָרָאתָ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קָרְאוּ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קָרְאָה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הִיא ___ בַּגִּינָה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שִׂחֲקָה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שִׂחֵק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שִׂחַקְתִּי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הגוף "אַתֶּם" הוא גוף שני, רבים, 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הגוף "הִיא" הוא 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את שם הגוף לגוף, למין ולמספר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אֲנִי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שני, רבות, לשון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אַתֶּן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גוף שלישי, יחיד, לשון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הוּא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גוף ראשון,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נטיית הפועל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אַתָּה __________ (לכתוב) מִכְתָּב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הִיא __________ (ללכת) הַבַּיְתָה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לְאֵיזֶה גוף, מין ומספר שייכת המילה "אַתֶּן"?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ארבעה משפטים קצרים, כך שבכל משפט תשתמשו בשם גוף אחר: אחד בגוף ראשון, אחד בגוף שני, ושניים בגוף שלישי (זכר ונקבה)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סוגי הגוף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גוף בלשון נקבה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