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שמות הגוף בעברית ואת הגוף, המין והמספר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נטיית פועל נכונה לכל שם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לשון זכר ללשון נקבה,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קָרָאתָ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שִׂחֲקָה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הָלַכְנוּ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שַׁרְתֶּן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שִׂחֲקוּ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סִדַּרְתִּי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אתם פונה לקבוצת בנים או לקבוצה מעורבת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אנחנו משמש לכל קבוצה, בלי הבדל 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את הוא לשון נקבה,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פונה לקבוצת בנות או 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שם הגוף לגוף, למין ולמספר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(גוף ראשון,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שני, רבות, לשון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(גוף שלישי, יחיד, לשון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ראשון,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(גוף שלישי, רבים, לשון 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נטיית הפועל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כָּתַבְתָּ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הָלְכָה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קָרָאנוּ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שַׁרְתֶּן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שִׂחֲקוּ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 שני, רבות, 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הוא לשון זכר רבים, הן הוא לשון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שבכל משפט מופיע שם גוף מתאים, שהפועל מתאים לגוף ולמין, ושהמשפטים ברורים והגיוניים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ראשון, גוף שני, גוף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אַתֶּן או הֵן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הגוף, המין (זכר/נקבה) והמספר (יחיד/רבים) של שם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טבלת שמות הגוף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כדי לעודד שיח על ההבדלים בין 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שבאות במקום שם של אדם. למשל: אני, אתה, היא, אנחנו. בדף הזה נתרגל להכיר אותן ולהשתמש בהן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 או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על עצמו -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אליו - אתה, את, אתם, אתן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עליו - הוא, היא, הם, 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של בנים וגברים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של בנות ונשים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 על 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 על יותר מאחד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המתאימה לאתה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קָרָאתָ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קָרְאוּ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קָרְאָה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קָרָאתְ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המתאימה להיא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שִׂחֲקָה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שִׂחֵק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שִׂחַקְתִּי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שִׂחֲקוּ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המתאימה לאנחנו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הָלַכְנוּ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הָלַכְתָּ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הָלְכָה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הָלְכוּ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המתאימה לאתן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שַׁרְתֶּן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שַׁרְתָּ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שָׁרוּ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שָׁרָה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המתאימה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שִׂחֲקוּ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שִׂחֵק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שִׂחַקְתִּי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שִׂחֲקָה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המילה המתאימה לאני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סִדַּרְתִּי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סִדַּרְתָּ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סִדְּרָה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סִדְּרוּ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"אַתֶּם" הוא גוף שני, רבים, 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"הִיא" הוא 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"אֲנַחְנוּ" מתאים גם ללשון זכר וגם ללשון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"אַתְּ" הוא 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"הֵן" הוא גוף שלישי, רבות, 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את שם הגוף לגוף, למין ולמספר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אֲנִי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שני, רבות, לשון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אַתֶּן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ראשון,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הוּא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ראשון,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אֲנַחְנוּ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שלישי, רבים, לשון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הֵם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שלישי, יחיד, לשון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נטיית הפועל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אַתָּה __________ (לכתוב) מִכְתָּב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הִיא __________ (ללכת) הַבַּיְתָה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אֲנַחְנוּ __________ (לקרוא) סִפּוּר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אַתֶּן __________ (לשיר) שִׁיר יָפֶה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הֵן __________ (לשחק) בַּחָצֵר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לְאֵיזֶה גוף, מין ומספר שייכת המילה "אַתֶּן"?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"הֵם" לבין "הֵן"?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ארבעה משפטים קצרים, כך שבכל משפט תשתמשו בשם גוף אחר: אחד בגוף ראשון, אחד בגוף שני, ושניים בגוף שלישי (זכר ונקבה)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הגוף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גוף בלשון נקבה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איזו נטיית פועל מתאימה לשם גוף מסוים?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