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שמות הגוף בעברית ואת הגוף, המין והמספר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נטיית פועל נכונה לכל שם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הבדלים בין לשון זכר ללשון נקבה, יחיד ורבים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קָרָאתָ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שִׂחֲקָה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הָלַכְנוּ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שַׁרְתֶּן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שִׂחֲקוּ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סִדַּרְתִּי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אתם פונה לקבוצת בנים או לקבוצה מעורבת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היא שייכת לגוף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אנחנו משמש לכל קבוצה, בלי הבדל 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את הוא לשון נקבה, 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פונה לקבוצת בנות או 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את שם הגוף לגוף, למין ולמספר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(גוף ראשון, יחיד)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(גוף שני, רבות, לשון 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(גוף שלישי, יחיד, לשון 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(גוף ראשון, רבים)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(גוף שלישי, רבים, לשון זכר)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נטיית הפועל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כָּתַבְתָּ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הָלְכָה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קָרָאנוּ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שַׁרְתֶּן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שִׂחֲקוּ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ענו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גוף שני, רבות, לשון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הוא לשון זכר רבים, הן הוא לשון נקבה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שבכל משפט מופיע שם גוף מתאים, שהפועל מתאים לגוף ולמין, ושהמשפטים ברורים והגיוניים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גוף ראשון, גוף שני, גוף 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אַתֶּן או הֵן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לפי הגוף, המין (זכר/נקבה) והמספר (יחיד/רבים) של שם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בכתיבת טבלת שמות הגוף על הלוח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על חלק ההתאמה כדי לעודד שיח על ההבדלים בין זכר לנקבה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דוגמה אחת משותפת לפני שהתלמידים כותבים 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גוף וכינויי גוף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שמות גוף כמו אני, אתה, את, הוא, היא, אנחנו, אתם, אתן, הם והן. לכל שם גוף יש פועל מתאים, ולכן חשוב לדעת לזהות את הגוף, המין והמספר שלו.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אַתָּה ___ אֶת הַסֵּפֶר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קָרָאתָ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קָרְאוּ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קָרְאָה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קָרָאתְ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הִיא ___ בַּגִּינָה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שִׂחֲקָה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שִׂחֵק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שִׂחַקְתִּי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שִׂחֲקוּ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אֲנַחְנוּ ___ לְבֵית הַסֵּפֶר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הָלַכְנוּ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הָלַכְתָּ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הָלְכָה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הָלְכוּ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אַתֶּן ___ אֶת הַשִּׁיר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שַׁרְתֶּן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שַׁרְתָּ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שָׁרוּ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שָׁרָה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הֵם ___ בַּמִּגְרָשׁ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שִׂחֲקוּ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שִׂחֵק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שִׂחַקְתִּי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שִׂחֲקָה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אֲנִי ___ אֶת הַחֶדֶר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סִדַּרְתִּי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סִדַּרְתָּ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סִדְּרָה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סִדְּרוּ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"אַתֶּם" הוא גוף שני, רבים, 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"הִיא" הוא גוף 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"אֲנַחְנוּ" מתאים גם ללשון זכר וגם ללשון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"אַתְּ" הוא לשון 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הגוף "הֵן" הוא גוף שלישי, רבות, לשון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את שם הגוף לגוף, למין ולמספר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אֲנִי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גוף שלישי, יחיד, לשון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אַתֶּן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גוף ראשון, יחיד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הוּא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שלישי, רבים, לשון 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אֲנַחְנוּ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גוף שני, רבות, לשון 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הֵם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גוף ראשון, רבים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נטיית הפועל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אַתָּה __________ (לכתוב) מִכְתָּב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הִיא __________ (ללכת) הַבַּיְתָה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אֲנַחְנוּ __________ (לקרוא) סִפּוּר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אַתֶּן __________ (לשיר) שִׁיר יָפֶה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הֵן __________ (לשחק) בַּחָצֵר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ענו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לְאֵיזֶה גוף, מין ומספר שייכת המילה "אַתֶּן"? הסבירו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"הֵם" לבין "הֵן"?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ארבעה משפטים קצרים, כך שבכל משפט תשתמשו בשם גוף אחר: אחד בגוף ראשון, אחד בגוף שני, ושניים בגוף שלישי (זכר ונקבה)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סוגי הגוף בעברית?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גוף בלשון נקבה רבים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יודעים איזו נטיית פועל מתאימה לשם גוף מסוים?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גוף וכינויי גוף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